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115617" w14:textId="77777777" w:rsidR="00DE5A89" w:rsidRDefault="00D8712E">
      <w:pPr>
        <w:jc w:val="center"/>
      </w:pPr>
      <w:r>
        <w:rPr>
          <w:b/>
          <w:sz w:val="20"/>
        </w:rPr>
        <w:t xml:space="preserve">Lepingu </w:t>
      </w:r>
      <w:proofErr w:type="gramStart"/>
      <w:r>
        <w:rPr>
          <w:b/>
          <w:sz w:val="20"/>
        </w:rPr>
        <w:t>lisa</w:t>
      </w:r>
      <w:proofErr w:type="gramEnd"/>
      <w:r>
        <w:rPr>
          <w:b/>
          <w:sz w:val="20"/>
        </w:rPr>
        <w:t xml:space="preserve"> 2 Ehitamise alustamise teatise ja vastuvõtu akti vorm</w:t>
      </w:r>
    </w:p>
    <w:p w14:paraId="7A20A697" w14:textId="77777777" w:rsidR="00DE5A89" w:rsidRDefault="00D8712E">
      <w:pPr>
        <w:spacing w:after="40"/>
      </w:pPr>
      <w:proofErr w:type="gramStart"/>
      <w:r>
        <w:t>Käesolev vorm on kahepoolne.</w:t>
      </w:r>
      <w:proofErr w:type="gramEnd"/>
    </w:p>
    <w:p w14:paraId="51A3E0D2" w14:textId="77777777" w:rsidR="00DE5A89" w:rsidRDefault="00D8712E">
      <w:pPr>
        <w:spacing w:after="40"/>
      </w:pPr>
      <w:r>
        <w:t>1. Esmalt täidab ära tabelis toodud andmed teatise esitaja ning digiallkirjastab teatise.</w:t>
      </w:r>
    </w:p>
    <w:p w14:paraId="16F4BCC5" w14:textId="77777777" w:rsidR="00DE5A89" w:rsidRDefault="00D8712E">
      <w:pPr>
        <w:spacing w:after="40"/>
      </w:pPr>
      <w:r>
        <w:t xml:space="preserve">2. Peale ehitustööde valmimist digiallkirjastab </w:t>
      </w:r>
      <w:proofErr w:type="gramStart"/>
      <w:r>
        <w:t>sama</w:t>
      </w:r>
      <w:proofErr w:type="gramEnd"/>
      <w:r>
        <w:t xml:space="preserve"> vormi Transpordiameti esindaja ning siis saab vormist vormist ehitise vastuvõtuakt.</w:t>
      </w:r>
    </w:p>
    <w:p w14:paraId="45FA9B4C" w14:textId="77777777" w:rsidR="00DE5A89" w:rsidRDefault="00D8712E">
      <w:pPr>
        <w:spacing w:after="40"/>
      </w:pPr>
      <w:r>
        <w:t>3. Allkirjastatud vastuvõtuakt on aluseks objekti kandmiseks teeregistrisse.</w:t>
      </w:r>
    </w:p>
    <w:p w14:paraId="3A248242" w14:textId="77777777" w:rsidR="00DE5A89" w:rsidRDefault="00D8712E">
      <w:pPr>
        <w:spacing w:before="100" w:after="40"/>
      </w:pPr>
      <w:r>
        <w:rPr>
          <w:b/>
          <w:sz w:val="32"/>
        </w:rPr>
        <w:t>I Ehitamise alustamise teatis</w:t>
      </w:r>
    </w:p>
    <w:p w14:paraId="25A5FB0A" w14:textId="77777777" w:rsidR="00DE5A89" w:rsidRDefault="00D8712E">
      <w:pPr>
        <w:spacing w:after="100"/>
      </w:pPr>
      <w:r>
        <w:t>(</w:t>
      </w:r>
      <w:proofErr w:type="gramStart"/>
      <w:r>
        <w:t>selle</w:t>
      </w:r>
      <w:proofErr w:type="gramEnd"/>
      <w:r>
        <w:t xml:space="preserve"> osa täidab lepingu sõlminud huvitatud isik ja allkirjastab faili tervikuna)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25"/>
        <w:gridCol w:w="5556"/>
      </w:tblGrid>
      <w:tr w:rsidR="00DE5A89" w14:paraId="571AD366" w14:textId="77777777">
        <w:trPr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C7909" w14:textId="77777777" w:rsidR="00DE5A89" w:rsidRDefault="00D8712E">
            <w:pPr>
              <w:spacing w:after="0"/>
            </w:pPr>
            <w:r>
              <w:rPr>
                <w:sz w:val="17"/>
              </w:rPr>
              <w:t>Tee nr, nimetus ja km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4143A" w14:textId="77777777" w:rsidR="001857EE" w:rsidRDefault="001857EE" w:rsidP="001857EE">
            <w:pPr>
              <w:pStyle w:val="Default"/>
            </w:pPr>
          </w:p>
          <w:tbl>
            <w:tblPr>
              <w:tblW w:w="9416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416"/>
            </w:tblGrid>
            <w:tr w:rsidR="001857EE" w14:paraId="757A28F3" w14:textId="77777777" w:rsidTr="001857EE">
              <w:trPr>
                <w:trHeight w:val="322"/>
              </w:trPr>
              <w:tc>
                <w:tcPr>
                  <w:tcW w:w="9416" w:type="dxa"/>
                  <w:tcBorders>
                    <w:top w:val="none" w:sz="6" w:space="0" w:color="auto"/>
                    <w:bottom w:val="none" w:sz="6" w:space="0" w:color="auto"/>
                  </w:tcBorders>
                </w:tcPr>
                <w:p w14:paraId="762145A8" w14:textId="7E388538" w:rsidR="001857EE" w:rsidRPr="001857EE" w:rsidRDefault="001857EE" w:rsidP="001857EE">
                  <w:pPr>
                    <w:pStyle w:val="Default"/>
                    <w:rPr>
                      <w:color w:val="auto"/>
                    </w:rPr>
                  </w:pPr>
                  <w:proofErr w:type="spellStart"/>
                  <w:r>
                    <w:t>R</w:t>
                  </w:r>
                  <w:r>
                    <w:rPr>
                      <w:b/>
                      <w:bCs/>
                      <w:sz w:val="23"/>
                      <w:szCs w:val="23"/>
                    </w:rPr>
                    <w:t>iigitee</w:t>
                  </w:r>
                  <w:proofErr w:type="spellEnd"/>
                  <w:r>
                    <w:rPr>
                      <w:b/>
                      <w:bCs/>
                      <w:sz w:val="23"/>
                      <w:szCs w:val="23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sz w:val="23"/>
                      <w:szCs w:val="23"/>
                    </w:rPr>
                    <w:t>nr</w:t>
                  </w:r>
                  <w:proofErr w:type="spellEnd"/>
                  <w:r>
                    <w:rPr>
                      <w:b/>
                      <w:bCs/>
                      <w:sz w:val="23"/>
                      <w:szCs w:val="23"/>
                    </w:rPr>
                    <w:t xml:space="preserve"> 54 </w:t>
                  </w:r>
                  <w:proofErr w:type="spellStart"/>
                  <w:r>
                    <w:rPr>
                      <w:b/>
                      <w:bCs/>
                      <w:sz w:val="23"/>
                      <w:szCs w:val="23"/>
                    </w:rPr>
                    <w:t>Karksi-Nuia</w:t>
                  </w:r>
                  <w:proofErr w:type="spellEnd"/>
                  <w:r>
                    <w:rPr>
                      <w:b/>
                      <w:bCs/>
                      <w:sz w:val="23"/>
                      <w:szCs w:val="23"/>
                    </w:rPr>
                    <w:t xml:space="preserve"> –Lilli km 0,696 </w:t>
                  </w:r>
                  <w:r w:rsidR="00ED668D">
                    <w:rPr>
                      <w:b/>
                      <w:bCs/>
                      <w:sz w:val="23"/>
                      <w:szCs w:val="23"/>
                    </w:rPr>
                    <w:t>ristmik</w:t>
                  </w:r>
                </w:p>
              </w:tc>
            </w:tr>
          </w:tbl>
          <w:p w14:paraId="6CDC3645" w14:textId="77777777" w:rsidR="00DE5A89" w:rsidRDefault="00DE5A89">
            <w:pPr>
              <w:spacing w:after="0"/>
            </w:pPr>
          </w:p>
        </w:tc>
      </w:tr>
      <w:tr w:rsidR="00DE5A89" w14:paraId="18B9BC31" w14:textId="77777777" w:rsidTr="001857EE">
        <w:trPr>
          <w:trHeight w:val="1148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CE445" w14:textId="77777777" w:rsidR="00DE5A89" w:rsidRDefault="00D8712E">
            <w:pPr>
              <w:spacing w:after="0"/>
            </w:pPr>
            <w:proofErr w:type="spellStart"/>
            <w:r>
              <w:rPr>
                <w:sz w:val="17"/>
              </w:rPr>
              <w:t>Kinnistu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katastriüksuse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tunnus</w:t>
            </w:r>
            <w:proofErr w:type="spellEnd"/>
            <w:r>
              <w:rPr>
                <w:sz w:val="17"/>
              </w:rPr>
              <w:t xml:space="preserve"> ja nimetus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A3512" w14:textId="77777777" w:rsidR="001857EE" w:rsidRDefault="001857EE" w:rsidP="001857EE">
            <w:pPr>
              <w:pStyle w:val="Default"/>
            </w:pPr>
          </w:p>
          <w:tbl>
            <w:tblPr>
              <w:tblW w:w="0" w:type="auto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272"/>
            </w:tblGrid>
            <w:tr w:rsidR="001857EE" w14:paraId="09CD55DF" w14:textId="77777777" w:rsidTr="001857EE">
              <w:trPr>
                <w:trHeight w:val="109"/>
              </w:trPr>
              <w:tc>
                <w:tcPr>
                  <w:tcW w:w="3272" w:type="dxa"/>
                  <w:tcBorders>
                    <w:top w:val="none" w:sz="6" w:space="0" w:color="auto"/>
                    <w:bottom w:val="none" w:sz="6" w:space="0" w:color="auto"/>
                  </w:tcBorders>
                </w:tcPr>
                <w:p w14:paraId="7692AF8E" w14:textId="77777777" w:rsidR="001857EE" w:rsidRDefault="001857EE" w:rsidP="001857EE">
                  <w:pPr>
                    <w:pStyle w:val="Default"/>
                    <w:rPr>
                      <w:color w:val="auto"/>
                    </w:rPr>
                  </w:pPr>
                  <w:r>
                    <w:t xml:space="preserve"> </w:t>
                  </w:r>
                </w:p>
                <w:p w14:paraId="7465C761" w14:textId="77777777" w:rsidR="001857EE" w:rsidRDefault="001857EE" w:rsidP="001857EE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48001:001:1302</w:t>
                  </w:r>
                </w:p>
                <w:p w14:paraId="7F9ECA8C" w14:textId="77777777" w:rsidR="001857EE" w:rsidRDefault="001857EE" w:rsidP="001857EE">
                  <w:pPr>
                    <w:pStyle w:val="Default"/>
                    <w:rPr>
                      <w:sz w:val="23"/>
                      <w:szCs w:val="23"/>
                    </w:rPr>
                  </w:pPr>
                </w:p>
              </w:tc>
            </w:tr>
          </w:tbl>
          <w:p w14:paraId="443DFA57" w14:textId="77777777" w:rsidR="00DE5A89" w:rsidRDefault="00DE5A89">
            <w:pPr>
              <w:spacing w:after="0"/>
            </w:pPr>
          </w:p>
        </w:tc>
      </w:tr>
      <w:tr w:rsidR="00DE5A89" w14:paraId="75590913" w14:textId="77777777">
        <w:trPr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55C73" w14:textId="77777777" w:rsidR="00DE5A89" w:rsidRDefault="00D8712E">
            <w:pPr>
              <w:spacing w:after="0"/>
            </w:pPr>
            <w:proofErr w:type="spellStart"/>
            <w:r>
              <w:rPr>
                <w:sz w:val="17"/>
              </w:rPr>
              <w:t>Ristumiskoha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ehitamise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lepingu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nr</w:t>
            </w:r>
            <w:proofErr w:type="spellEnd"/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49AAF" w14:textId="77777777" w:rsidR="001857EE" w:rsidRDefault="001857EE" w:rsidP="001857EE">
            <w:pPr>
              <w:pStyle w:val="Default"/>
            </w:pPr>
          </w:p>
          <w:p w14:paraId="3968678B" w14:textId="10BF1D8B" w:rsidR="00DE5A89" w:rsidRDefault="001857EE" w:rsidP="001857EE">
            <w:pPr>
              <w:spacing w:after="0"/>
            </w:pPr>
            <w:r>
              <w:t xml:space="preserve"> </w:t>
            </w:r>
            <w:r>
              <w:rPr>
                <w:b/>
                <w:bCs/>
                <w:sz w:val="23"/>
                <w:szCs w:val="23"/>
              </w:rPr>
              <w:t>LEPING NR 7.1-1/26/4407-2</w:t>
            </w:r>
          </w:p>
        </w:tc>
      </w:tr>
      <w:tr w:rsidR="00DE5A89" w14:paraId="5AEACE39" w14:textId="77777777">
        <w:trPr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E05FA" w14:textId="77777777" w:rsidR="00DE5A89" w:rsidRDefault="00D8712E">
            <w:pPr>
              <w:spacing w:after="0"/>
            </w:pPr>
            <w:r>
              <w:rPr>
                <w:sz w:val="17"/>
              </w:rPr>
              <w:t>Teatise esitaja nimi (nimetus) ja kontakt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82D32" w14:textId="7CA25033" w:rsidR="00DE5A89" w:rsidRDefault="001857EE">
            <w:pPr>
              <w:spacing w:after="0"/>
            </w:pPr>
            <w:r>
              <w:t xml:space="preserve">Ivar Sova </w:t>
            </w:r>
            <w:hyperlink r:id="rId7" w:history="1">
              <w:r w:rsidRPr="00B51880">
                <w:rPr>
                  <w:rStyle w:val="Hperlink"/>
                </w:rPr>
                <w:t>ivar@tavt.ee</w:t>
              </w:r>
            </w:hyperlink>
            <w:r>
              <w:t xml:space="preserve"> 5286 205</w:t>
            </w:r>
          </w:p>
        </w:tc>
      </w:tr>
      <w:tr w:rsidR="00DE5A89" w14:paraId="6D20A7C5" w14:textId="77777777">
        <w:trPr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65298" w14:textId="77777777" w:rsidR="00DE5A89" w:rsidRDefault="00D8712E">
            <w:pPr>
              <w:spacing w:after="0"/>
            </w:pPr>
            <w:r>
              <w:rPr>
                <w:sz w:val="17"/>
              </w:rPr>
              <w:t>Ehitustööde kestvus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B9505" w14:textId="7C515FA2" w:rsidR="00DE5A89" w:rsidRDefault="00653870" w:rsidP="00653870">
            <w:pPr>
              <w:spacing w:after="0"/>
            </w:pPr>
            <w:r>
              <w:t>06</w:t>
            </w:r>
            <w:r w:rsidR="00DA0929">
              <w:t>.10.26-</w:t>
            </w:r>
            <w:r>
              <w:t>07</w:t>
            </w:r>
            <w:bookmarkStart w:id="0" w:name="_GoBack"/>
            <w:bookmarkEnd w:id="0"/>
            <w:r w:rsidR="00DA0929">
              <w:t>.10.26</w:t>
            </w:r>
          </w:p>
        </w:tc>
      </w:tr>
      <w:tr w:rsidR="00DE5A89" w14:paraId="02FD2DCA" w14:textId="77777777">
        <w:trPr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1314C" w14:textId="77777777" w:rsidR="00DE5A89" w:rsidRDefault="00D8712E">
            <w:pPr>
              <w:spacing w:after="0"/>
            </w:pPr>
            <w:r>
              <w:rPr>
                <w:sz w:val="17"/>
              </w:rPr>
              <w:t>Ehitaja nimi (nimetus, reg. või isikukood) ja kontakt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CE656" w14:textId="2E7FE452" w:rsidR="00DE5A89" w:rsidRDefault="001857EE">
            <w:pPr>
              <w:spacing w:after="0"/>
            </w:pPr>
            <w:proofErr w:type="spellStart"/>
            <w:r>
              <w:t>Tavt</w:t>
            </w:r>
            <w:proofErr w:type="spellEnd"/>
            <w:r>
              <w:t xml:space="preserve"> OÜ 10900963</w:t>
            </w:r>
          </w:p>
        </w:tc>
      </w:tr>
      <w:tr w:rsidR="00DE5A89" w14:paraId="1C88B2BC" w14:textId="77777777">
        <w:trPr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248DE" w14:textId="77777777" w:rsidR="00DE5A89" w:rsidRDefault="00D8712E">
            <w:pPr>
              <w:spacing w:after="0"/>
            </w:pPr>
            <w:r>
              <w:rPr>
                <w:sz w:val="17"/>
              </w:rPr>
              <w:t>Ehitaja MTR kood tegevusalal „ehitamine“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2461E" w14:textId="0239F1AA" w:rsidR="00DE5A89" w:rsidRDefault="001857EE">
            <w:pPr>
              <w:spacing w:after="0"/>
            </w:pPr>
            <w:r>
              <w:rPr>
                <w:rFonts w:ascii="Roboto" w:hAnsi="Roboto"/>
                <w:b/>
                <w:bCs/>
                <w:color w:val="001559"/>
                <w:spacing w:val="4"/>
                <w:sz w:val="27"/>
                <w:szCs w:val="27"/>
                <w:shd w:val="clear" w:color="auto" w:fill="E0E0E0"/>
              </w:rPr>
              <w:t>EH10900963-0001</w:t>
            </w:r>
          </w:p>
        </w:tc>
      </w:tr>
      <w:tr w:rsidR="00DE5A89" w14:paraId="794C1F26" w14:textId="77777777">
        <w:trPr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D94DD" w14:textId="77777777" w:rsidR="00DE5A89" w:rsidRDefault="00D8712E">
            <w:pPr>
              <w:spacing w:after="0"/>
            </w:pPr>
            <w:r>
              <w:rPr>
                <w:sz w:val="17"/>
              </w:rPr>
              <w:t>Ehitusaegse liikluskorralduse eest vastutaja (nimetus, reg. või isikukood) ja kontakt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4AF76" w14:textId="77777777" w:rsidR="00DE5A89" w:rsidRDefault="00DE5A89">
            <w:pPr>
              <w:spacing w:after="0"/>
            </w:pPr>
          </w:p>
        </w:tc>
      </w:tr>
      <w:tr w:rsidR="00DE5A89" w14:paraId="1434978A" w14:textId="77777777">
        <w:trPr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3FA79" w14:textId="77777777" w:rsidR="00DE5A89" w:rsidRDefault="00D8712E">
            <w:pPr>
              <w:spacing w:after="0"/>
            </w:pPr>
            <w:r>
              <w:rPr>
                <w:sz w:val="17"/>
              </w:rPr>
              <w:t>Ehitusaegse liikluskorralduse projekti kooskõlastuse nr ja kuupäev*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CF5F5" w14:textId="77777777" w:rsidR="00DE5A89" w:rsidRDefault="00DE5A89">
            <w:pPr>
              <w:spacing w:after="0"/>
            </w:pPr>
          </w:p>
        </w:tc>
      </w:tr>
      <w:tr w:rsidR="00DE5A89" w14:paraId="1CD4A43B" w14:textId="77777777">
        <w:trPr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65350" w14:textId="77777777" w:rsidR="00DE5A89" w:rsidRDefault="00D8712E">
            <w:pPr>
              <w:spacing w:after="0"/>
            </w:pPr>
            <w:r>
              <w:rPr>
                <w:sz w:val="17"/>
              </w:rPr>
              <w:t>Omanikujärelevalve teostaja nimi (nimetus) ja kontakt**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18208" w14:textId="1975B6D2" w:rsidR="001857EE" w:rsidRDefault="001857EE" w:rsidP="001857EE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br/>
              <w:t xml:space="preserve">Oleg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Lužetski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Insten Projekt OÜ 5207378</w:t>
            </w:r>
          </w:p>
          <w:p w14:paraId="72663416" w14:textId="77777777" w:rsidR="001857EE" w:rsidRDefault="00653870" w:rsidP="001857EE">
            <w:pPr>
              <w:rPr>
                <w:rFonts w:ascii="Calibri" w:hAnsi="Calibri" w:cs="Calibri"/>
                <w:color w:val="000000"/>
                <w:sz w:val="22"/>
              </w:rPr>
            </w:pPr>
            <w:hyperlink r:id="rId8" w:history="1">
              <w:r w:rsidR="001857EE">
                <w:rPr>
                  <w:rStyle w:val="Hperlink"/>
                  <w:rFonts w:ascii="Calibri" w:hAnsi="Calibri" w:cs="Calibri"/>
                  <w:color w:val="800080"/>
                  <w:sz w:val="22"/>
                </w:rPr>
                <w:t>insten@insten.ee</w:t>
              </w:r>
            </w:hyperlink>
          </w:p>
          <w:p w14:paraId="47D6F728" w14:textId="77777777" w:rsidR="00DE5A89" w:rsidRDefault="00DE5A89">
            <w:pPr>
              <w:spacing w:after="0"/>
            </w:pPr>
          </w:p>
        </w:tc>
      </w:tr>
      <w:tr w:rsidR="00DE5A89" w14:paraId="4AD5D214" w14:textId="77777777">
        <w:trPr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D3816" w14:textId="77777777" w:rsidR="00DE5A89" w:rsidRDefault="00D8712E">
            <w:pPr>
              <w:spacing w:after="0"/>
            </w:pPr>
            <w:r>
              <w:rPr>
                <w:sz w:val="17"/>
              </w:rPr>
              <w:t>Omanikujärelevalve MTR kood tegevusalal „omanikujärelevalve“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D76DD" w14:textId="6EAAA08C" w:rsidR="00DE5A89" w:rsidRDefault="00BA3C9F">
            <w:pPr>
              <w:spacing w:after="0"/>
            </w:pPr>
            <w:r>
              <w:rPr>
                <w:rFonts w:ascii="Calibri" w:hAnsi="Calibri" w:cs="Calibri"/>
                <w:color w:val="000000"/>
                <w:sz w:val="22"/>
              </w:rPr>
              <w:t>MTR EEO001575</w:t>
            </w:r>
          </w:p>
        </w:tc>
      </w:tr>
    </w:tbl>
    <w:p w14:paraId="07E92249" w14:textId="77777777" w:rsidR="00DE5A89" w:rsidRDefault="00D8712E">
      <w:pPr>
        <w:spacing w:before="60" w:after="60"/>
      </w:pPr>
      <w:r>
        <w:rPr>
          <w:sz w:val="15"/>
        </w:rPr>
        <w:t xml:space="preserve">*Juhul, kui ristumiskoha ehitamise lepingu kohaselt on nõutud ehitusaegse liikluskorralduse projekt, tuleb see koostada </w:t>
      </w:r>
      <w:proofErr w:type="gramStart"/>
      <w:r>
        <w:rPr>
          <w:sz w:val="15"/>
        </w:rPr>
        <w:t>ja</w:t>
      </w:r>
      <w:proofErr w:type="gramEnd"/>
      <w:r>
        <w:rPr>
          <w:sz w:val="15"/>
        </w:rPr>
        <w:t xml:space="preserve"> kooskõlastada enne käesoleva teatise esitamist. Projekti koostab selleks pädevust omav isik ja kooskõlastab Transpordiameti piirkondlik liikluskorraldaja, kelle kontaktid on leitavad siit: https://www.transpordiamet.ee/uudised-ametist-ja-kontakt/</w:t>
      </w:r>
      <w:proofErr w:type="gramStart"/>
      <w:r>
        <w:rPr>
          <w:sz w:val="15"/>
        </w:rPr>
        <w:t>kontaktid .</w:t>
      </w:r>
      <w:proofErr w:type="gramEnd"/>
    </w:p>
    <w:p w14:paraId="15D4F5E8" w14:textId="77777777" w:rsidR="00DE5A89" w:rsidRDefault="00D8712E">
      <w:pPr>
        <w:spacing w:before="60" w:after="60"/>
      </w:pPr>
      <w:r>
        <w:rPr>
          <w:sz w:val="15"/>
        </w:rPr>
        <w:t>**Juhul, kui lepingus on omanikujärelevalve nõue.</w:t>
      </w:r>
    </w:p>
    <w:p w14:paraId="25EA7F47" w14:textId="77777777" w:rsidR="00DE5A89" w:rsidRDefault="00D8712E">
      <w:pPr>
        <w:spacing w:before="100"/>
      </w:pPr>
      <w:r>
        <w:t xml:space="preserve">Esitaja allkiri </w:t>
      </w:r>
      <w:proofErr w:type="gramStart"/>
      <w:r>
        <w:t>ja</w:t>
      </w:r>
      <w:proofErr w:type="gramEnd"/>
      <w:r>
        <w:t xml:space="preserve"> kuupäev</w:t>
      </w:r>
    </w:p>
    <w:p w14:paraId="302190E6" w14:textId="77777777" w:rsidR="00DE5A89" w:rsidRDefault="00D8712E">
      <w:r>
        <w:t>/digitaalselt allkirjastatud/</w:t>
      </w:r>
      <w:r>
        <w:br/>
        <w:t>/kuupäev digikonteineris/</w:t>
      </w:r>
    </w:p>
    <w:p w14:paraId="12C093AF" w14:textId="77777777" w:rsidR="00DE5A89" w:rsidRDefault="00D8712E">
      <w:r>
        <w:br w:type="page"/>
      </w:r>
    </w:p>
    <w:p w14:paraId="00EE6909" w14:textId="77777777" w:rsidR="00DE5A89" w:rsidRDefault="00D8712E">
      <w:r>
        <w:rPr>
          <w:b/>
          <w:sz w:val="32"/>
        </w:rPr>
        <w:lastRenderedPageBreak/>
        <w:t>II Ehitise vastuvõtu akt</w:t>
      </w:r>
    </w:p>
    <w:p w14:paraId="5540242F" w14:textId="77777777" w:rsidR="00DE5A89" w:rsidRDefault="00D8712E">
      <w:pPr>
        <w:spacing w:after="160"/>
      </w:pPr>
      <w:r>
        <w:t>(</w:t>
      </w:r>
      <w:proofErr w:type="gramStart"/>
      <w:r>
        <w:t>allkirjastab</w:t>
      </w:r>
      <w:proofErr w:type="gramEnd"/>
      <w:r>
        <w:t xml:space="preserve"> vastuvõtja)</w:t>
      </w:r>
    </w:p>
    <w:p w14:paraId="18B8F578" w14:textId="77777777" w:rsidR="00DE5A89" w:rsidRDefault="00D8712E">
      <w:pPr>
        <w:spacing w:after="160"/>
      </w:pPr>
      <w:r>
        <w:t xml:space="preserve">Ristumiskoha rajamine on lõpetatud </w:t>
      </w:r>
      <w:proofErr w:type="gramStart"/>
      <w:r>
        <w:t>ja</w:t>
      </w:r>
      <w:proofErr w:type="gramEnd"/>
      <w:r>
        <w:t xml:space="preserve"> vastab ristumiskoha ehitamise lepingu dokumentidele.</w:t>
      </w:r>
    </w:p>
    <w:p w14:paraId="0AADCC19" w14:textId="77777777" w:rsidR="00DE5A89" w:rsidRDefault="00D8712E">
      <w:pPr>
        <w:spacing w:after="360"/>
      </w:pPr>
      <w:proofErr w:type="gramStart"/>
      <w:r>
        <w:t>Garantiiperioodi (viis aastat) arvestus algab digiallkirjastamise kuupäevast.</w:t>
      </w:r>
      <w:proofErr w:type="gramEnd"/>
    </w:p>
    <w:p w14:paraId="487B83D8" w14:textId="77777777" w:rsidR="00DE5A89" w:rsidRDefault="00D8712E">
      <w:pPr>
        <w:spacing w:after="80"/>
      </w:pPr>
      <w:r>
        <w:t xml:space="preserve">Vastuvõtja allkiri </w:t>
      </w:r>
      <w:proofErr w:type="gramStart"/>
      <w:r>
        <w:t>ja</w:t>
      </w:r>
      <w:proofErr w:type="gramEnd"/>
      <w:r>
        <w:t xml:space="preserve"> kuupäev</w:t>
      </w:r>
    </w:p>
    <w:p w14:paraId="457DC81D" w14:textId="77777777" w:rsidR="00DE5A89" w:rsidRDefault="00D8712E">
      <w:r>
        <w:t>/digitaalselt allkirjastatud/</w:t>
      </w:r>
      <w:r>
        <w:br/>
        <w:t>/kuupäev digikonteineris/</w:t>
      </w:r>
    </w:p>
    <w:sectPr w:rsidR="00DE5A89" w:rsidSect="00034616">
      <w:pgSz w:w="12240" w:h="15840"/>
      <w:pgMar w:top="794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Roboto">
    <w:altName w:val="Arial"/>
    <w:charset w:val="00"/>
    <w:family w:val="auto"/>
    <w:pitch w:val="variable"/>
    <w:sig w:usb0="00000001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oendi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oendi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oenditpp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oenditpp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oendi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oenditpp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4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857EE"/>
    <w:rsid w:val="0029639D"/>
    <w:rsid w:val="00326F90"/>
    <w:rsid w:val="003B2763"/>
    <w:rsid w:val="00653870"/>
    <w:rsid w:val="00AA1D8D"/>
    <w:rsid w:val="00B47730"/>
    <w:rsid w:val="00BA3C9F"/>
    <w:rsid w:val="00CB0664"/>
    <w:rsid w:val="00D8712E"/>
    <w:rsid w:val="00DA0929"/>
    <w:rsid w:val="00DE5A89"/>
    <w:rsid w:val="00EB60E3"/>
    <w:rsid w:val="00ED668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CF682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FC693F"/>
    <w:rPr>
      <w:rFonts w:ascii="Arial" w:hAnsi="Arial"/>
      <w:sz w:val="18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E618BF"/>
  </w:style>
  <w:style w:type="paragraph" w:styleId="Jalus">
    <w:name w:val="footer"/>
    <w:basedOn w:val="Normaallaad"/>
    <w:link w:val="JalusMr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E618BF"/>
  </w:style>
  <w:style w:type="paragraph" w:styleId="Vahedeta">
    <w:name w:val="No Spacing"/>
    <w:uiPriority w:val="1"/>
    <w:qFormat/>
    <w:rsid w:val="00FC693F"/>
    <w:pPr>
      <w:spacing w:after="0" w:line="240" w:lineRule="auto"/>
    </w:pPr>
  </w:style>
  <w:style w:type="character" w:customStyle="1" w:styleId="Pealkiri1Mrk">
    <w:name w:val="Pealkiri 1 Märk"/>
    <w:basedOn w:val="Liguvaikefont"/>
    <w:link w:val="Pealkiri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ealkiri2Mrk">
    <w:name w:val="Pealkiri 2 Märk"/>
    <w:basedOn w:val="Liguvaikefont"/>
    <w:link w:val="Pealkiri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Pealkiri3Mrk">
    <w:name w:val="Pealkiri 3 Märk"/>
    <w:basedOn w:val="Liguvaikefont"/>
    <w:link w:val="Pealkiri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itel">
    <w:name w:val="Title"/>
    <w:basedOn w:val="Normaallaad"/>
    <w:next w:val="Normaallaad"/>
    <w:link w:val="TiitelMr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itelMrk">
    <w:name w:val="Tiitel Märk"/>
    <w:basedOn w:val="Liguvaikefont"/>
    <w:link w:val="Ti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apealkiriMrk">
    <w:name w:val="Alapealkiri Märk"/>
    <w:basedOn w:val="Liguvaikefont"/>
    <w:link w:val="Alapealkiri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oendilik">
    <w:name w:val="List Paragraph"/>
    <w:basedOn w:val="Normaallaad"/>
    <w:uiPriority w:val="34"/>
    <w:qFormat/>
    <w:rsid w:val="00FC693F"/>
    <w:pPr>
      <w:ind w:left="720"/>
      <w:contextualSpacing/>
    </w:pPr>
  </w:style>
  <w:style w:type="paragraph" w:styleId="Kehatekst">
    <w:name w:val="Body Text"/>
    <w:basedOn w:val="Normaallaad"/>
    <w:link w:val="KehatekstMrk"/>
    <w:uiPriority w:val="99"/>
    <w:unhideWhenUsed/>
    <w:rsid w:val="00AA1D8D"/>
    <w:pPr>
      <w:spacing w:after="120"/>
    </w:pPr>
  </w:style>
  <w:style w:type="character" w:customStyle="1" w:styleId="KehatekstMrk">
    <w:name w:val="Kehatekst Märk"/>
    <w:basedOn w:val="Liguvaikefont"/>
    <w:link w:val="Kehatekst"/>
    <w:uiPriority w:val="99"/>
    <w:rsid w:val="00AA1D8D"/>
  </w:style>
  <w:style w:type="paragraph" w:styleId="Kehatekst2">
    <w:name w:val="Body Text 2"/>
    <w:basedOn w:val="Normaallaad"/>
    <w:link w:val="Kehatekst2Mrk"/>
    <w:uiPriority w:val="99"/>
    <w:unhideWhenUsed/>
    <w:rsid w:val="00AA1D8D"/>
    <w:pPr>
      <w:spacing w:after="120" w:line="480" w:lineRule="auto"/>
    </w:pPr>
  </w:style>
  <w:style w:type="character" w:customStyle="1" w:styleId="Kehatekst2Mrk">
    <w:name w:val="Kehatekst 2 Märk"/>
    <w:basedOn w:val="Liguvaikefont"/>
    <w:link w:val="Kehatekst2"/>
    <w:uiPriority w:val="99"/>
    <w:rsid w:val="00AA1D8D"/>
  </w:style>
  <w:style w:type="paragraph" w:styleId="Kehatekst3">
    <w:name w:val="Body Text 3"/>
    <w:basedOn w:val="Normaallaad"/>
    <w:link w:val="Kehatekst3Mr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Kehatekst3Mrk">
    <w:name w:val="Kehatekst 3 Märk"/>
    <w:basedOn w:val="Liguvaikefont"/>
    <w:link w:val="Kehatekst3"/>
    <w:uiPriority w:val="99"/>
    <w:rsid w:val="00AA1D8D"/>
    <w:rPr>
      <w:sz w:val="16"/>
      <w:szCs w:val="16"/>
    </w:rPr>
  </w:style>
  <w:style w:type="paragraph" w:styleId="Loend">
    <w:name w:val="List"/>
    <w:basedOn w:val="Normaallaad"/>
    <w:uiPriority w:val="99"/>
    <w:unhideWhenUsed/>
    <w:rsid w:val="00AA1D8D"/>
    <w:pPr>
      <w:ind w:left="360" w:hanging="360"/>
      <w:contextualSpacing/>
    </w:pPr>
  </w:style>
  <w:style w:type="paragraph" w:styleId="Loend2">
    <w:name w:val="List 2"/>
    <w:basedOn w:val="Normaallaad"/>
    <w:uiPriority w:val="99"/>
    <w:unhideWhenUsed/>
    <w:rsid w:val="00326F90"/>
    <w:pPr>
      <w:ind w:left="720" w:hanging="360"/>
      <w:contextualSpacing/>
    </w:pPr>
  </w:style>
  <w:style w:type="paragraph" w:styleId="Loend3">
    <w:name w:val="List 3"/>
    <w:basedOn w:val="Normaallaad"/>
    <w:uiPriority w:val="99"/>
    <w:unhideWhenUsed/>
    <w:rsid w:val="00326F90"/>
    <w:pPr>
      <w:ind w:left="1080" w:hanging="360"/>
      <w:contextualSpacing/>
    </w:pPr>
  </w:style>
  <w:style w:type="paragraph" w:styleId="Loenditpp">
    <w:name w:val="List Bullet"/>
    <w:basedOn w:val="Normaallaad"/>
    <w:uiPriority w:val="99"/>
    <w:unhideWhenUsed/>
    <w:rsid w:val="00326F90"/>
    <w:pPr>
      <w:numPr>
        <w:numId w:val="1"/>
      </w:numPr>
      <w:contextualSpacing/>
    </w:pPr>
  </w:style>
  <w:style w:type="paragraph" w:styleId="Loenditpp2">
    <w:name w:val="List Bullet 2"/>
    <w:basedOn w:val="Normaallaad"/>
    <w:uiPriority w:val="99"/>
    <w:unhideWhenUsed/>
    <w:rsid w:val="00326F90"/>
    <w:pPr>
      <w:numPr>
        <w:numId w:val="2"/>
      </w:numPr>
      <w:contextualSpacing/>
    </w:pPr>
  </w:style>
  <w:style w:type="paragraph" w:styleId="Loenditpp3">
    <w:name w:val="List Bullet 3"/>
    <w:basedOn w:val="Normaallaad"/>
    <w:uiPriority w:val="99"/>
    <w:unhideWhenUsed/>
    <w:rsid w:val="00326F90"/>
    <w:pPr>
      <w:numPr>
        <w:numId w:val="3"/>
      </w:numPr>
      <w:contextualSpacing/>
    </w:pPr>
  </w:style>
  <w:style w:type="paragraph" w:styleId="Loendinumber">
    <w:name w:val="List Number"/>
    <w:basedOn w:val="Normaallaad"/>
    <w:uiPriority w:val="99"/>
    <w:unhideWhenUsed/>
    <w:rsid w:val="00326F90"/>
    <w:pPr>
      <w:numPr>
        <w:numId w:val="5"/>
      </w:numPr>
      <w:contextualSpacing/>
    </w:pPr>
  </w:style>
  <w:style w:type="paragraph" w:styleId="Loendinumber2">
    <w:name w:val="List Number 2"/>
    <w:basedOn w:val="Normaallaad"/>
    <w:uiPriority w:val="99"/>
    <w:unhideWhenUsed/>
    <w:rsid w:val="0029639D"/>
    <w:pPr>
      <w:numPr>
        <w:numId w:val="6"/>
      </w:numPr>
      <w:contextualSpacing/>
    </w:pPr>
  </w:style>
  <w:style w:type="paragraph" w:styleId="Loendinumber3">
    <w:name w:val="List Number 3"/>
    <w:basedOn w:val="Normaallaad"/>
    <w:uiPriority w:val="99"/>
    <w:unhideWhenUsed/>
    <w:rsid w:val="0029639D"/>
    <w:pPr>
      <w:numPr>
        <w:numId w:val="7"/>
      </w:numPr>
      <w:contextualSpacing/>
    </w:pPr>
  </w:style>
  <w:style w:type="paragraph" w:styleId="Loendijtk">
    <w:name w:val="List Continue"/>
    <w:basedOn w:val="Normaallaad"/>
    <w:uiPriority w:val="99"/>
    <w:unhideWhenUsed/>
    <w:rsid w:val="0029639D"/>
    <w:pPr>
      <w:spacing w:after="120"/>
      <w:ind w:left="360"/>
      <w:contextualSpacing/>
    </w:pPr>
  </w:style>
  <w:style w:type="paragraph" w:styleId="Loendijtk2">
    <w:name w:val="List Continue 2"/>
    <w:basedOn w:val="Normaallaad"/>
    <w:uiPriority w:val="99"/>
    <w:unhideWhenUsed/>
    <w:rsid w:val="0029639D"/>
    <w:pPr>
      <w:spacing w:after="120"/>
      <w:ind w:left="720"/>
      <w:contextualSpacing/>
    </w:pPr>
  </w:style>
  <w:style w:type="paragraph" w:styleId="Loendijtk3">
    <w:name w:val="List Continue 3"/>
    <w:basedOn w:val="Normaallaad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Mr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Mrk">
    <w:name w:val="Makrotekst Märk"/>
    <w:basedOn w:val="Liguvaikefon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Osunda">
    <w:name w:val="Quote"/>
    <w:basedOn w:val="Normaallaad"/>
    <w:next w:val="Normaallaad"/>
    <w:link w:val="OsundaMrk"/>
    <w:uiPriority w:val="29"/>
    <w:qFormat/>
    <w:rsid w:val="00FC693F"/>
    <w:rPr>
      <w:i/>
      <w:iCs/>
      <w:color w:val="000000" w:themeColor="text1"/>
    </w:rPr>
  </w:style>
  <w:style w:type="character" w:customStyle="1" w:styleId="OsundaMrk">
    <w:name w:val="Osunda Märk"/>
    <w:basedOn w:val="Liguvaikefont"/>
    <w:link w:val="Osunda"/>
    <w:uiPriority w:val="29"/>
    <w:rsid w:val="00FC693F"/>
    <w:rPr>
      <w:i/>
      <w:iCs/>
      <w:color w:val="000000" w:themeColor="text1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ealdis">
    <w:name w:val="caption"/>
    <w:basedOn w:val="Normaallaad"/>
    <w:next w:val="Normaallaa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Tugev">
    <w:name w:val="Strong"/>
    <w:basedOn w:val="Liguvaikefont"/>
    <w:uiPriority w:val="22"/>
    <w:qFormat/>
    <w:rsid w:val="00FC693F"/>
    <w:rPr>
      <w:b/>
      <w:bCs/>
    </w:rPr>
  </w:style>
  <w:style w:type="character" w:styleId="Rhutus">
    <w:name w:val="Emphasis"/>
    <w:basedOn w:val="Liguvaikefont"/>
    <w:uiPriority w:val="20"/>
    <w:qFormat/>
    <w:rsid w:val="00FC693F"/>
    <w:rPr>
      <w:i/>
      <w:iCs/>
    </w:rPr>
  </w:style>
  <w:style w:type="paragraph" w:styleId="Tugevtsitaat">
    <w:name w:val="Intense Quote"/>
    <w:basedOn w:val="Normaallaad"/>
    <w:next w:val="Normaallaad"/>
    <w:link w:val="TugevtsitaatMr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TugevtsitaatMrk">
    <w:name w:val="Tugev tsitaat Märk"/>
    <w:basedOn w:val="Liguvaikefont"/>
    <w:link w:val="Tugevtsitaat"/>
    <w:uiPriority w:val="30"/>
    <w:rsid w:val="00FC693F"/>
    <w:rPr>
      <w:b/>
      <w:bCs/>
      <w:i/>
      <w:iCs/>
      <w:color w:val="4F81BD" w:themeColor="accent1"/>
    </w:rPr>
  </w:style>
  <w:style w:type="character" w:styleId="Vaevumrgatavrhutus">
    <w:name w:val="Subtle Emphasis"/>
    <w:basedOn w:val="Liguvaikefont"/>
    <w:uiPriority w:val="19"/>
    <w:qFormat/>
    <w:rsid w:val="00FC693F"/>
    <w:rPr>
      <w:i/>
      <w:iCs/>
      <w:color w:val="808080" w:themeColor="text1" w:themeTint="7F"/>
    </w:rPr>
  </w:style>
  <w:style w:type="character" w:styleId="Tugevrhutus">
    <w:name w:val="Intense Emphasis"/>
    <w:basedOn w:val="Liguvaikefont"/>
    <w:uiPriority w:val="21"/>
    <w:qFormat/>
    <w:rsid w:val="00FC693F"/>
    <w:rPr>
      <w:b/>
      <w:bCs/>
      <w:i/>
      <w:iCs/>
      <w:color w:val="4F81BD" w:themeColor="accent1"/>
    </w:rPr>
  </w:style>
  <w:style w:type="character" w:styleId="Vaevumrgatavviide">
    <w:name w:val="Subtle Reference"/>
    <w:basedOn w:val="Liguvaikefont"/>
    <w:uiPriority w:val="31"/>
    <w:qFormat/>
    <w:rsid w:val="00FC693F"/>
    <w:rPr>
      <w:smallCaps/>
      <w:color w:val="C0504D" w:themeColor="accent2"/>
      <w:u w:val="single"/>
    </w:rPr>
  </w:style>
  <w:style w:type="character" w:styleId="Tugevviide">
    <w:name w:val="Intense Reference"/>
    <w:basedOn w:val="Liguvaike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Raamatupealkiri">
    <w:name w:val="Book Title"/>
    <w:basedOn w:val="Liguvaikefont"/>
    <w:uiPriority w:val="33"/>
    <w:qFormat/>
    <w:rsid w:val="00FC693F"/>
    <w:rPr>
      <w:b/>
      <w:bCs/>
      <w:smallCaps/>
      <w:spacing w:val="5"/>
    </w:rPr>
  </w:style>
  <w:style w:type="paragraph" w:styleId="Sisukorrapealkiri">
    <w:name w:val="TOC Heading"/>
    <w:basedOn w:val="Pealkiri1"/>
    <w:next w:val="Normaallaad"/>
    <w:uiPriority w:val="39"/>
    <w:semiHidden/>
    <w:unhideWhenUsed/>
    <w:qFormat/>
    <w:rsid w:val="00FC693F"/>
    <w:pPr>
      <w:outlineLvl w:val="9"/>
    </w:pPr>
  </w:style>
  <w:style w:type="table" w:styleId="Kontuurtabel">
    <w:name w:val="Table Grid"/>
    <w:basedOn w:val="Normaal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evarjustus">
    <w:name w:val="Light Shading"/>
    <w:basedOn w:val="Normaal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evarjustusrhk1">
    <w:name w:val="Light Shading Accent 1"/>
    <w:basedOn w:val="Normaal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evarjustusrhk2">
    <w:name w:val="Light Shading Accent 2"/>
    <w:basedOn w:val="Normaal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evarjustusrhk3">
    <w:name w:val="Light Shading Accent 3"/>
    <w:basedOn w:val="Normaal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evarjustusrhk4">
    <w:name w:val="Light Shading Accent 4"/>
    <w:basedOn w:val="Normaal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evarjustusrhk5">
    <w:name w:val="Light Shading Accent 5"/>
    <w:basedOn w:val="Normaal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evarjustusrhk6">
    <w:name w:val="Light Shading Accent 6"/>
    <w:basedOn w:val="Normaal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eloend">
    <w:name w:val="Light List"/>
    <w:basedOn w:val="Normaal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eloendrhk1">
    <w:name w:val="Light List Accent 1"/>
    <w:basedOn w:val="Normaal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eloendrhk2">
    <w:name w:val="Light List Accent 2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eloendrhk3">
    <w:name w:val="Light List Accent 3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eloendrhk4">
    <w:name w:val="Light List Accent 4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eloendrhk5">
    <w:name w:val="Light List Accent 5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eloendrhk6">
    <w:name w:val="Light List Accent 6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ekoordinaatvrk">
    <w:name w:val="Light Grid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ekoordinaatvrkrhk1">
    <w:name w:val="Light Grid Accent 1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ekoordinaatvrkrhk2">
    <w:name w:val="Light Grid Accent 2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ekoordinaatvrkrhk3">
    <w:name w:val="Light Grid Accent 3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ekoordinaatvrkrhk4">
    <w:name w:val="Light Grid Accent 4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ekoordinaatvrkrhk5">
    <w:name w:val="Light Grid Accent 5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ekoordinaatvrkrhk6">
    <w:name w:val="Light Grid Accent 6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eskminevarjustus1">
    <w:name w:val="Medium Shading 1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1">
    <w:name w:val="Medium Shading 1 Accent 1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2">
    <w:name w:val="Medium Shading 1 Accent 2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3">
    <w:name w:val="Medium Shading 1 Accent 3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4">
    <w:name w:val="Medium Shading 1 Accent 4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5">
    <w:name w:val="Medium Shading 1 Accent 5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6">
    <w:name w:val="Medium Shading 1 Accent 6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2">
    <w:name w:val="Medium Shading 2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1">
    <w:name w:val="Medium Shading 2 Accent 1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2">
    <w:name w:val="Medium Shading 2 Accent 2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3">
    <w:name w:val="Medium Shading 2 Accent 3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4">
    <w:name w:val="Medium Shading 2 Accent 4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5">
    <w:name w:val="Medium Shading 2 Accent 5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6">
    <w:name w:val="Medium Shading 2 Accent 6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loend1">
    <w:name w:val="Medium List 1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eskmineloend1rhk1">
    <w:name w:val="Medium List 1 Accent 1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eskmineloend1rhk2">
    <w:name w:val="Medium List 1 Accent 2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eskmineloend1rhk3">
    <w:name w:val="Medium List 1 Accent 3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eskmineloend1rhk4">
    <w:name w:val="Medium List 1 Accent 4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eskmineloend1rhk5">
    <w:name w:val="Medium List 1 Accent 5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eskmineloend1rhk6">
    <w:name w:val="Medium List 1 Accent 6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eskmineloend2">
    <w:name w:val="Medium List 2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1">
    <w:name w:val="Medium List 2 Accent 1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2">
    <w:name w:val="Medium List 2 Accent 2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3">
    <w:name w:val="Medium List 2 Accent 3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4">
    <w:name w:val="Medium List 2 Accent 4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5">
    <w:name w:val="Medium List 2 Accent 5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6">
    <w:name w:val="Medium List 2 Accent 6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koordinaatvrk1">
    <w:name w:val="Medium Grid 1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eskminekoordinaatvrk1rhk1">
    <w:name w:val="Medium Grid 1 Accent 1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eskminekoordinaatvrk1rhk2">
    <w:name w:val="Medium Grid 1 Accent 2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eskminekoordinaatvrk1rhk3">
    <w:name w:val="Medium Grid 1 Accent 3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eskminekoordinaatvrk1rhk4">
    <w:name w:val="Medium Grid 1 Accent 4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eskminekoordinaatvrk1rhk5">
    <w:name w:val="Medium Grid 1 Accent 5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eskminekoordinaatvrk1rhk6">
    <w:name w:val="Medium Grid 1 Accent 6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eskminekoordinaatvrk2">
    <w:name w:val="Medium Grid 2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1">
    <w:name w:val="Medium Grid 2 Accent 1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2">
    <w:name w:val="Medium Grid 2 Accent 2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3">
    <w:name w:val="Medium Grid 2 Accent 3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4">
    <w:name w:val="Medium Grid 2 Accent 4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5">
    <w:name w:val="Medium Grid 2 Accent 5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6">
    <w:name w:val="Medium Grid 2 Accent 6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3">
    <w:name w:val="Medium Grid 3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eskminekoordinaatvrk3rhk1">
    <w:name w:val="Medium Grid 3 Accent 1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eskminekoordinaatvrk3rhk2">
    <w:name w:val="Medium Grid 3 Accent 2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eskminekoordinaatvrk3rhk3">
    <w:name w:val="Medium Grid 3 Accent 3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eskminekoordinaatvrk3rhk4">
    <w:name w:val="Medium Grid 3 Accent 4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eskminekoordinaatvrk3rhk5">
    <w:name w:val="Medium Grid 3 Accent 5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eskminekoordinaatvrk3rhk6">
    <w:name w:val="Medium Grid 3 Accent 6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umeloend">
    <w:name w:val="Dark List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eloendrhk1">
    <w:name w:val="Dark List Accent 1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umeloendrhk2">
    <w:name w:val="Dark List Accent 2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umeloendrhk3">
    <w:name w:val="Dark List Accent 3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umeloendrhk4">
    <w:name w:val="Dark List Accent 4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umeloendrhk5">
    <w:name w:val="Dark List Accent 5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umeloendrhk6">
    <w:name w:val="Dark List Accent 6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Vrvilinevarjustus">
    <w:name w:val="Colorful Shading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1">
    <w:name w:val="Colorful Shading Accent 1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2">
    <w:name w:val="Colorful Shading Accent 2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3">
    <w:name w:val="Colorful Shading Accent 3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vilinevarjustusrhk4">
    <w:name w:val="Colorful Shading Accent 4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5">
    <w:name w:val="Colorful Shading Accent 5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6">
    <w:name w:val="Colorful Shading Accent 6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loend">
    <w:name w:val="Colorful List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vilineloendrhk1">
    <w:name w:val="Colorful List Accent 1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Vrvilineloendrhk2">
    <w:name w:val="Colorful List Accent 2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Vrvilineloendrhk3">
    <w:name w:val="Colorful List Accent 3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Vrvilineloendrhk4">
    <w:name w:val="Colorful List Accent 4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Vrvilineloendrhk5">
    <w:name w:val="Colorful List Accent 5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Vrvilineloendrhk6">
    <w:name w:val="Colorful List Accent 6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Vrvilinekoordinaatvrk">
    <w:name w:val="Colorful Grid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rvilinekoordinaatvrkrhk1">
    <w:name w:val="Colorful Grid Accent 1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Vrvilinekoordinaatvrkrhk2">
    <w:name w:val="Colorful Grid Accent 2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Vrvilinekoordinaatvrkrhk3">
    <w:name w:val="Colorful Grid Accent 3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vilinekoordinaatvrkrhk4">
    <w:name w:val="Colorful Grid Accent 4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Vrvilinekoordinaatvrkrhk5">
    <w:name w:val="Colorful Grid Accent 5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Vrvilinekoordinaatvrkrhk6">
    <w:name w:val="Colorful Grid Accent 6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1857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character" w:styleId="Hperlink">
    <w:name w:val="Hyperlink"/>
    <w:basedOn w:val="Liguvaikefont"/>
    <w:uiPriority w:val="99"/>
    <w:unhideWhenUsed/>
    <w:rsid w:val="001857EE"/>
    <w:rPr>
      <w:color w:val="0000FF" w:themeColor="hyperlink"/>
      <w:u w:val="single"/>
    </w:rPr>
  </w:style>
  <w:style w:type="character" w:customStyle="1" w:styleId="UnresolvedMention">
    <w:name w:val="Unresolved Mention"/>
    <w:basedOn w:val="Liguvaikefont"/>
    <w:uiPriority w:val="99"/>
    <w:semiHidden/>
    <w:unhideWhenUsed/>
    <w:rsid w:val="001857E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FC693F"/>
    <w:rPr>
      <w:rFonts w:ascii="Arial" w:hAnsi="Arial"/>
      <w:sz w:val="18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E618BF"/>
  </w:style>
  <w:style w:type="paragraph" w:styleId="Jalus">
    <w:name w:val="footer"/>
    <w:basedOn w:val="Normaallaad"/>
    <w:link w:val="JalusMr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E618BF"/>
  </w:style>
  <w:style w:type="paragraph" w:styleId="Vahedeta">
    <w:name w:val="No Spacing"/>
    <w:uiPriority w:val="1"/>
    <w:qFormat/>
    <w:rsid w:val="00FC693F"/>
    <w:pPr>
      <w:spacing w:after="0" w:line="240" w:lineRule="auto"/>
    </w:pPr>
  </w:style>
  <w:style w:type="character" w:customStyle="1" w:styleId="Pealkiri1Mrk">
    <w:name w:val="Pealkiri 1 Märk"/>
    <w:basedOn w:val="Liguvaikefont"/>
    <w:link w:val="Pealkiri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ealkiri2Mrk">
    <w:name w:val="Pealkiri 2 Märk"/>
    <w:basedOn w:val="Liguvaikefont"/>
    <w:link w:val="Pealkiri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Pealkiri3Mrk">
    <w:name w:val="Pealkiri 3 Märk"/>
    <w:basedOn w:val="Liguvaikefont"/>
    <w:link w:val="Pealkiri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itel">
    <w:name w:val="Title"/>
    <w:basedOn w:val="Normaallaad"/>
    <w:next w:val="Normaallaad"/>
    <w:link w:val="TiitelMr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itelMrk">
    <w:name w:val="Tiitel Märk"/>
    <w:basedOn w:val="Liguvaikefont"/>
    <w:link w:val="Ti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apealkiriMrk">
    <w:name w:val="Alapealkiri Märk"/>
    <w:basedOn w:val="Liguvaikefont"/>
    <w:link w:val="Alapealkiri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oendilik">
    <w:name w:val="List Paragraph"/>
    <w:basedOn w:val="Normaallaad"/>
    <w:uiPriority w:val="34"/>
    <w:qFormat/>
    <w:rsid w:val="00FC693F"/>
    <w:pPr>
      <w:ind w:left="720"/>
      <w:contextualSpacing/>
    </w:pPr>
  </w:style>
  <w:style w:type="paragraph" w:styleId="Kehatekst">
    <w:name w:val="Body Text"/>
    <w:basedOn w:val="Normaallaad"/>
    <w:link w:val="KehatekstMrk"/>
    <w:uiPriority w:val="99"/>
    <w:unhideWhenUsed/>
    <w:rsid w:val="00AA1D8D"/>
    <w:pPr>
      <w:spacing w:after="120"/>
    </w:pPr>
  </w:style>
  <w:style w:type="character" w:customStyle="1" w:styleId="KehatekstMrk">
    <w:name w:val="Kehatekst Märk"/>
    <w:basedOn w:val="Liguvaikefont"/>
    <w:link w:val="Kehatekst"/>
    <w:uiPriority w:val="99"/>
    <w:rsid w:val="00AA1D8D"/>
  </w:style>
  <w:style w:type="paragraph" w:styleId="Kehatekst2">
    <w:name w:val="Body Text 2"/>
    <w:basedOn w:val="Normaallaad"/>
    <w:link w:val="Kehatekst2Mrk"/>
    <w:uiPriority w:val="99"/>
    <w:unhideWhenUsed/>
    <w:rsid w:val="00AA1D8D"/>
    <w:pPr>
      <w:spacing w:after="120" w:line="480" w:lineRule="auto"/>
    </w:pPr>
  </w:style>
  <w:style w:type="character" w:customStyle="1" w:styleId="Kehatekst2Mrk">
    <w:name w:val="Kehatekst 2 Märk"/>
    <w:basedOn w:val="Liguvaikefont"/>
    <w:link w:val="Kehatekst2"/>
    <w:uiPriority w:val="99"/>
    <w:rsid w:val="00AA1D8D"/>
  </w:style>
  <w:style w:type="paragraph" w:styleId="Kehatekst3">
    <w:name w:val="Body Text 3"/>
    <w:basedOn w:val="Normaallaad"/>
    <w:link w:val="Kehatekst3Mr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Kehatekst3Mrk">
    <w:name w:val="Kehatekst 3 Märk"/>
    <w:basedOn w:val="Liguvaikefont"/>
    <w:link w:val="Kehatekst3"/>
    <w:uiPriority w:val="99"/>
    <w:rsid w:val="00AA1D8D"/>
    <w:rPr>
      <w:sz w:val="16"/>
      <w:szCs w:val="16"/>
    </w:rPr>
  </w:style>
  <w:style w:type="paragraph" w:styleId="Loend">
    <w:name w:val="List"/>
    <w:basedOn w:val="Normaallaad"/>
    <w:uiPriority w:val="99"/>
    <w:unhideWhenUsed/>
    <w:rsid w:val="00AA1D8D"/>
    <w:pPr>
      <w:ind w:left="360" w:hanging="360"/>
      <w:contextualSpacing/>
    </w:pPr>
  </w:style>
  <w:style w:type="paragraph" w:styleId="Loend2">
    <w:name w:val="List 2"/>
    <w:basedOn w:val="Normaallaad"/>
    <w:uiPriority w:val="99"/>
    <w:unhideWhenUsed/>
    <w:rsid w:val="00326F90"/>
    <w:pPr>
      <w:ind w:left="720" w:hanging="360"/>
      <w:contextualSpacing/>
    </w:pPr>
  </w:style>
  <w:style w:type="paragraph" w:styleId="Loend3">
    <w:name w:val="List 3"/>
    <w:basedOn w:val="Normaallaad"/>
    <w:uiPriority w:val="99"/>
    <w:unhideWhenUsed/>
    <w:rsid w:val="00326F90"/>
    <w:pPr>
      <w:ind w:left="1080" w:hanging="360"/>
      <w:contextualSpacing/>
    </w:pPr>
  </w:style>
  <w:style w:type="paragraph" w:styleId="Loenditpp">
    <w:name w:val="List Bullet"/>
    <w:basedOn w:val="Normaallaad"/>
    <w:uiPriority w:val="99"/>
    <w:unhideWhenUsed/>
    <w:rsid w:val="00326F90"/>
    <w:pPr>
      <w:numPr>
        <w:numId w:val="1"/>
      </w:numPr>
      <w:contextualSpacing/>
    </w:pPr>
  </w:style>
  <w:style w:type="paragraph" w:styleId="Loenditpp2">
    <w:name w:val="List Bullet 2"/>
    <w:basedOn w:val="Normaallaad"/>
    <w:uiPriority w:val="99"/>
    <w:unhideWhenUsed/>
    <w:rsid w:val="00326F90"/>
    <w:pPr>
      <w:numPr>
        <w:numId w:val="2"/>
      </w:numPr>
      <w:contextualSpacing/>
    </w:pPr>
  </w:style>
  <w:style w:type="paragraph" w:styleId="Loenditpp3">
    <w:name w:val="List Bullet 3"/>
    <w:basedOn w:val="Normaallaad"/>
    <w:uiPriority w:val="99"/>
    <w:unhideWhenUsed/>
    <w:rsid w:val="00326F90"/>
    <w:pPr>
      <w:numPr>
        <w:numId w:val="3"/>
      </w:numPr>
      <w:contextualSpacing/>
    </w:pPr>
  </w:style>
  <w:style w:type="paragraph" w:styleId="Loendinumber">
    <w:name w:val="List Number"/>
    <w:basedOn w:val="Normaallaad"/>
    <w:uiPriority w:val="99"/>
    <w:unhideWhenUsed/>
    <w:rsid w:val="00326F90"/>
    <w:pPr>
      <w:numPr>
        <w:numId w:val="5"/>
      </w:numPr>
      <w:contextualSpacing/>
    </w:pPr>
  </w:style>
  <w:style w:type="paragraph" w:styleId="Loendinumber2">
    <w:name w:val="List Number 2"/>
    <w:basedOn w:val="Normaallaad"/>
    <w:uiPriority w:val="99"/>
    <w:unhideWhenUsed/>
    <w:rsid w:val="0029639D"/>
    <w:pPr>
      <w:numPr>
        <w:numId w:val="6"/>
      </w:numPr>
      <w:contextualSpacing/>
    </w:pPr>
  </w:style>
  <w:style w:type="paragraph" w:styleId="Loendinumber3">
    <w:name w:val="List Number 3"/>
    <w:basedOn w:val="Normaallaad"/>
    <w:uiPriority w:val="99"/>
    <w:unhideWhenUsed/>
    <w:rsid w:val="0029639D"/>
    <w:pPr>
      <w:numPr>
        <w:numId w:val="7"/>
      </w:numPr>
      <w:contextualSpacing/>
    </w:pPr>
  </w:style>
  <w:style w:type="paragraph" w:styleId="Loendijtk">
    <w:name w:val="List Continue"/>
    <w:basedOn w:val="Normaallaad"/>
    <w:uiPriority w:val="99"/>
    <w:unhideWhenUsed/>
    <w:rsid w:val="0029639D"/>
    <w:pPr>
      <w:spacing w:after="120"/>
      <w:ind w:left="360"/>
      <w:contextualSpacing/>
    </w:pPr>
  </w:style>
  <w:style w:type="paragraph" w:styleId="Loendijtk2">
    <w:name w:val="List Continue 2"/>
    <w:basedOn w:val="Normaallaad"/>
    <w:uiPriority w:val="99"/>
    <w:unhideWhenUsed/>
    <w:rsid w:val="0029639D"/>
    <w:pPr>
      <w:spacing w:after="120"/>
      <w:ind w:left="720"/>
      <w:contextualSpacing/>
    </w:pPr>
  </w:style>
  <w:style w:type="paragraph" w:styleId="Loendijtk3">
    <w:name w:val="List Continue 3"/>
    <w:basedOn w:val="Normaallaad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Mr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Mrk">
    <w:name w:val="Makrotekst Märk"/>
    <w:basedOn w:val="Liguvaikefon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Osunda">
    <w:name w:val="Quote"/>
    <w:basedOn w:val="Normaallaad"/>
    <w:next w:val="Normaallaad"/>
    <w:link w:val="OsundaMrk"/>
    <w:uiPriority w:val="29"/>
    <w:qFormat/>
    <w:rsid w:val="00FC693F"/>
    <w:rPr>
      <w:i/>
      <w:iCs/>
      <w:color w:val="000000" w:themeColor="text1"/>
    </w:rPr>
  </w:style>
  <w:style w:type="character" w:customStyle="1" w:styleId="OsundaMrk">
    <w:name w:val="Osunda Märk"/>
    <w:basedOn w:val="Liguvaikefont"/>
    <w:link w:val="Osunda"/>
    <w:uiPriority w:val="29"/>
    <w:rsid w:val="00FC693F"/>
    <w:rPr>
      <w:i/>
      <w:iCs/>
      <w:color w:val="000000" w:themeColor="text1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ealdis">
    <w:name w:val="caption"/>
    <w:basedOn w:val="Normaallaad"/>
    <w:next w:val="Normaallaa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Tugev">
    <w:name w:val="Strong"/>
    <w:basedOn w:val="Liguvaikefont"/>
    <w:uiPriority w:val="22"/>
    <w:qFormat/>
    <w:rsid w:val="00FC693F"/>
    <w:rPr>
      <w:b/>
      <w:bCs/>
    </w:rPr>
  </w:style>
  <w:style w:type="character" w:styleId="Rhutus">
    <w:name w:val="Emphasis"/>
    <w:basedOn w:val="Liguvaikefont"/>
    <w:uiPriority w:val="20"/>
    <w:qFormat/>
    <w:rsid w:val="00FC693F"/>
    <w:rPr>
      <w:i/>
      <w:iCs/>
    </w:rPr>
  </w:style>
  <w:style w:type="paragraph" w:styleId="Tugevtsitaat">
    <w:name w:val="Intense Quote"/>
    <w:basedOn w:val="Normaallaad"/>
    <w:next w:val="Normaallaad"/>
    <w:link w:val="TugevtsitaatMr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TugevtsitaatMrk">
    <w:name w:val="Tugev tsitaat Märk"/>
    <w:basedOn w:val="Liguvaikefont"/>
    <w:link w:val="Tugevtsitaat"/>
    <w:uiPriority w:val="30"/>
    <w:rsid w:val="00FC693F"/>
    <w:rPr>
      <w:b/>
      <w:bCs/>
      <w:i/>
      <w:iCs/>
      <w:color w:val="4F81BD" w:themeColor="accent1"/>
    </w:rPr>
  </w:style>
  <w:style w:type="character" w:styleId="Vaevumrgatavrhutus">
    <w:name w:val="Subtle Emphasis"/>
    <w:basedOn w:val="Liguvaikefont"/>
    <w:uiPriority w:val="19"/>
    <w:qFormat/>
    <w:rsid w:val="00FC693F"/>
    <w:rPr>
      <w:i/>
      <w:iCs/>
      <w:color w:val="808080" w:themeColor="text1" w:themeTint="7F"/>
    </w:rPr>
  </w:style>
  <w:style w:type="character" w:styleId="Tugevrhutus">
    <w:name w:val="Intense Emphasis"/>
    <w:basedOn w:val="Liguvaikefont"/>
    <w:uiPriority w:val="21"/>
    <w:qFormat/>
    <w:rsid w:val="00FC693F"/>
    <w:rPr>
      <w:b/>
      <w:bCs/>
      <w:i/>
      <w:iCs/>
      <w:color w:val="4F81BD" w:themeColor="accent1"/>
    </w:rPr>
  </w:style>
  <w:style w:type="character" w:styleId="Vaevumrgatavviide">
    <w:name w:val="Subtle Reference"/>
    <w:basedOn w:val="Liguvaikefont"/>
    <w:uiPriority w:val="31"/>
    <w:qFormat/>
    <w:rsid w:val="00FC693F"/>
    <w:rPr>
      <w:smallCaps/>
      <w:color w:val="C0504D" w:themeColor="accent2"/>
      <w:u w:val="single"/>
    </w:rPr>
  </w:style>
  <w:style w:type="character" w:styleId="Tugevviide">
    <w:name w:val="Intense Reference"/>
    <w:basedOn w:val="Liguvaike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Raamatupealkiri">
    <w:name w:val="Book Title"/>
    <w:basedOn w:val="Liguvaikefont"/>
    <w:uiPriority w:val="33"/>
    <w:qFormat/>
    <w:rsid w:val="00FC693F"/>
    <w:rPr>
      <w:b/>
      <w:bCs/>
      <w:smallCaps/>
      <w:spacing w:val="5"/>
    </w:rPr>
  </w:style>
  <w:style w:type="paragraph" w:styleId="Sisukorrapealkiri">
    <w:name w:val="TOC Heading"/>
    <w:basedOn w:val="Pealkiri1"/>
    <w:next w:val="Normaallaad"/>
    <w:uiPriority w:val="39"/>
    <w:semiHidden/>
    <w:unhideWhenUsed/>
    <w:qFormat/>
    <w:rsid w:val="00FC693F"/>
    <w:pPr>
      <w:outlineLvl w:val="9"/>
    </w:pPr>
  </w:style>
  <w:style w:type="table" w:styleId="Kontuurtabel">
    <w:name w:val="Table Grid"/>
    <w:basedOn w:val="Normaal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evarjustus">
    <w:name w:val="Light Shading"/>
    <w:basedOn w:val="Normaal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evarjustusrhk1">
    <w:name w:val="Light Shading Accent 1"/>
    <w:basedOn w:val="Normaal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evarjustusrhk2">
    <w:name w:val="Light Shading Accent 2"/>
    <w:basedOn w:val="Normaal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evarjustusrhk3">
    <w:name w:val="Light Shading Accent 3"/>
    <w:basedOn w:val="Normaal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evarjustusrhk4">
    <w:name w:val="Light Shading Accent 4"/>
    <w:basedOn w:val="Normaal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evarjustusrhk5">
    <w:name w:val="Light Shading Accent 5"/>
    <w:basedOn w:val="Normaal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evarjustusrhk6">
    <w:name w:val="Light Shading Accent 6"/>
    <w:basedOn w:val="Normaal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eloend">
    <w:name w:val="Light List"/>
    <w:basedOn w:val="Normaal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eloendrhk1">
    <w:name w:val="Light List Accent 1"/>
    <w:basedOn w:val="Normaal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eloendrhk2">
    <w:name w:val="Light List Accent 2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eloendrhk3">
    <w:name w:val="Light List Accent 3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eloendrhk4">
    <w:name w:val="Light List Accent 4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eloendrhk5">
    <w:name w:val="Light List Accent 5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eloendrhk6">
    <w:name w:val="Light List Accent 6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ekoordinaatvrk">
    <w:name w:val="Light Grid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ekoordinaatvrkrhk1">
    <w:name w:val="Light Grid Accent 1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ekoordinaatvrkrhk2">
    <w:name w:val="Light Grid Accent 2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ekoordinaatvrkrhk3">
    <w:name w:val="Light Grid Accent 3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ekoordinaatvrkrhk4">
    <w:name w:val="Light Grid Accent 4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ekoordinaatvrkrhk5">
    <w:name w:val="Light Grid Accent 5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ekoordinaatvrkrhk6">
    <w:name w:val="Light Grid Accent 6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eskminevarjustus1">
    <w:name w:val="Medium Shading 1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1">
    <w:name w:val="Medium Shading 1 Accent 1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2">
    <w:name w:val="Medium Shading 1 Accent 2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3">
    <w:name w:val="Medium Shading 1 Accent 3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4">
    <w:name w:val="Medium Shading 1 Accent 4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5">
    <w:name w:val="Medium Shading 1 Accent 5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6">
    <w:name w:val="Medium Shading 1 Accent 6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2">
    <w:name w:val="Medium Shading 2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1">
    <w:name w:val="Medium Shading 2 Accent 1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2">
    <w:name w:val="Medium Shading 2 Accent 2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3">
    <w:name w:val="Medium Shading 2 Accent 3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4">
    <w:name w:val="Medium Shading 2 Accent 4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5">
    <w:name w:val="Medium Shading 2 Accent 5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6">
    <w:name w:val="Medium Shading 2 Accent 6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loend1">
    <w:name w:val="Medium List 1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eskmineloend1rhk1">
    <w:name w:val="Medium List 1 Accent 1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eskmineloend1rhk2">
    <w:name w:val="Medium List 1 Accent 2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eskmineloend1rhk3">
    <w:name w:val="Medium List 1 Accent 3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eskmineloend1rhk4">
    <w:name w:val="Medium List 1 Accent 4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eskmineloend1rhk5">
    <w:name w:val="Medium List 1 Accent 5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eskmineloend1rhk6">
    <w:name w:val="Medium List 1 Accent 6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eskmineloend2">
    <w:name w:val="Medium List 2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1">
    <w:name w:val="Medium List 2 Accent 1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2">
    <w:name w:val="Medium List 2 Accent 2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3">
    <w:name w:val="Medium List 2 Accent 3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4">
    <w:name w:val="Medium List 2 Accent 4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5">
    <w:name w:val="Medium List 2 Accent 5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6">
    <w:name w:val="Medium List 2 Accent 6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koordinaatvrk1">
    <w:name w:val="Medium Grid 1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eskminekoordinaatvrk1rhk1">
    <w:name w:val="Medium Grid 1 Accent 1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eskminekoordinaatvrk1rhk2">
    <w:name w:val="Medium Grid 1 Accent 2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eskminekoordinaatvrk1rhk3">
    <w:name w:val="Medium Grid 1 Accent 3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eskminekoordinaatvrk1rhk4">
    <w:name w:val="Medium Grid 1 Accent 4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eskminekoordinaatvrk1rhk5">
    <w:name w:val="Medium Grid 1 Accent 5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eskminekoordinaatvrk1rhk6">
    <w:name w:val="Medium Grid 1 Accent 6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eskminekoordinaatvrk2">
    <w:name w:val="Medium Grid 2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1">
    <w:name w:val="Medium Grid 2 Accent 1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2">
    <w:name w:val="Medium Grid 2 Accent 2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3">
    <w:name w:val="Medium Grid 2 Accent 3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4">
    <w:name w:val="Medium Grid 2 Accent 4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5">
    <w:name w:val="Medium Grid 2 Accent 5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6">
    <w:name w:val="Medium Grid 2 Accent 6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3">
    <w:name w:val="Medium Grid 3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eskminekoordinaatvrk3rhk1">
    <w:name w:val="Medium Grid 3 Accent 1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eskminekoordinaatvrk3rhk2">
    <w:name w:val="Medium Grid 3 Accent 2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eskminekoordinaatvrk3rhk3">
    <w:name w:val="Medium Grid 3 Accent 3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eskminekoordinaatvrk3rhk4">
    <w:name w:val="Medium Grid 3 Accent 4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eskminekoordinaatvrk3rhk5">
    <w:name w:val="Medium Grid 3 Accent 5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eskminekoordinaatvrk3rhk6">
    <w:name w:val="Medium Grid 3 Accent 6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umeloend">
    <w:name w:val="Dark List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eloendrhk1">
    <w:name w:val="Dark List Accent 1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umeloendrhk2">
    <w:name w:val="Dark List Accent 2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umeloendrhk3">
    <w:name w:val="Dark List Accent 3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umeloendrhk4">
    <w:name w:val="Dark List Accent 4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umeloendrhk5">
    <w:name w:val="Dark List Accent 5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umeloendrhk6">
    <w:name w:val="Dark List Accent 6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Vrvilinevarjustus">
    <w:name w:val="Colorful Shading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1">
    <w:name w:val="Colorful Shading Accent 1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2">
    <w:name w:val="Colorful Shading Accent 2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3">
    <w:name w:val="Colorful Shading Accent 3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vilinevarjustusrhk4">
    <w:name w:val="Colorful Shading Accent 4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5">
    <w:name w:val="Colorful Shading Accent 5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6">
    <w:name w:val="Colorful Shading Accent 6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loend">
    <w:name w:val="Colorful List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vilineloendrhk1">
    <w:name w:val="Colorful List Accent 1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Vrvilineloendrhk2">
    <w:name w:val="Colorful List Accent 2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Vrvilineloendrhk3">
    <w:name w:val="Colorful List Accent 3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Vrvilineloendrhk4">
    <w:name w:val="Colorful List Accent 4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Vrvilineloendrhk5">
    <w:name w:val="Colorful List Accent 5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Vrvilineloendrhk6">
    <w:name w:val="Colorful List Accent 6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Vrvilinekoordinaatvrk">
    <w:name w:val="Colorful Grid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rvilinekoordinaatvrkrhk1">
    <w:name w:val="Colorful Grid Accent 1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Vrvilinekoordinaatvrkrhk2">
    <w:name w:val="Colorful Grid Accent 2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Vrvilinekoordinaatvrkrhk3">
    <w:name w:val="Colorful Grid Accent 3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vilinekoordinaatvrkrhk4">
    <w:name w:val="Colorful Grid Accent 4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Vrvilinekoordinaatvrkrhk5">
    <w:name w:val="Colorful Grid Accent 5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Vrvilinekoordinaatvrkrhk6">
    <w:name w:val="Colorful Grid Accent 6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1857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character" w:styleId="Hperlink">
    <w:name w:val="Hyperlink"/>
    <w:basedOn w:val="Liguvaikefont"/>
    <w:uiPriority w:val="99"/>
    <w:unhideWhenUsed/>
    <w:rsid w:val="001857EE"/>
    <w:rPr>
      <w:color w:val="0000FF" w:themeColor="hyperlink"/>
      <w:u w:val="single"/>
    </w:rPr>
  </w:style>
  <w:style w:type="character" w:customStyle="1" w:styleId="UnresolvedMention">
    <w:name w:val="Unresolved Mention"/>
    <w:basedOn w:val="Liguvaikefont"/>
    <w:uiPriority w:val="99"/>
    <w:semiHidden/>
    <w:unhideWhenUsed/>
    <w:rsid w:val="001857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ten@insten.ee" TargetMode="External"/><Relationship Id="rId3" Type="http://schemas.openxmlformats.org/officeDocument/2006/relationships/styles" Target="styles.xml"/><Relationship Id="rId7" Type="http://schemas.openxmlformats.org/officeDocument/2006/relationships/hyperlink" Target="mailto:ivar@tavt.e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DE157D2-0C69-4B74-9E36-E9428F406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ivar sova</cp:lastModifiedBy>
  <cp:revision>2</cp:revision>
  <dcterms:created xsi:type="dcterms:W3CDTF">2026-09-30T08:23:00Z</dcterms:created>
  <dcterms:modified xsi:type="dcterms:W3CDTF">2026-09-30T08:23:00Z</dcterms:modified>
</cp:coreProperties>
</file>